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531" w:rsidRDefault="00751161">
      <w:pPr>
        <w:jc w:val="center"/>
      </w:pPr>
      <w:r>
        <w:rPr>
          <w:b/>
          <w:color w:val="1D4169"/>
          <w:sz w:val="28"/>
        </w:rPr>
        <w:t>АНКЕТА-ЗАЯВКА УЧАСНИКА</w:t>
      </w:r>
    </w:p>
    <w:p w:rsidR="00777531" w:rsidRDefault="00751161">
      <w:pPr>
        <w:jc w:val="center"/>
      </w:pPr>
      <w:r>
        <w:rPr>
          <w:b/>
          <w:color w:val="1D4169"/>
          <w:sz w:val="28"/>
        </w:rPr>
        <w:t>«Від ідеї до дії: розвиток лідерства та етнокультурної ідентичності німецької молоді України»</w:t>
      </w:r>
    </w:p>
    <w:p w:rsidR="00777531" w:rsidRPr="00751161" w:rsidRDefault="00751161">
      <w:pPr>
        <w:rPr>
          <w:lang w:val="ru-RU"/>
        </w:rPr>
      </w:pPr>
      <w:r w:rsidRPr="00751161">
        <w:rPr>
          <w:lang w:val="ru-RU"/>
        </w:rPr>
        <w:t xml:space="preserve">20–23 листопада 2026 року | с. Синяк, </w:t>
      </w:r>
      <w:proofErr w:type="spellStart"/>
      <w:r w:rsidRPr="00751161">
        <w:rPr>
          <w:lang w:val="ru-RU"/>
        </w:rPr>
        <w:t>Закарпатська</w:t>
      </w:r>
      <w:proofErr w:type="spellEnd"/>
      <w:r w:rsidRPr="00751161">
        <w:rPr>
          <w:lang w:val="ru-RU"/>
        </w:rPr>
        <w:t xml:space="preserve"> область, </w:t>
      </w:r>
      <w:proofErr w:type="spellStart"/>
      <w:r w:rsidRPr="00751161">
        <w:rPr>
          <w:lang w:val="ru-RU"/>
        </w:rPr>
        <w:t>садиба</w:t>
      </w:r>
      <w:proofErr w:type="spellEnd"/>
      <w:r w:rsidRPr="00751161">
        <w:rPr>
          <w:lang w:val="ru-RU"/>
        </w:rPr>
        <w:t xml:space="preserve"> «</w:t>
      </w:r>
      <w:proofErr w:type="spellStart"/>
      <w:r>
        <w:t>ViluX</w:t>
      </w:r>
      <w:proofErr w:type="spellEnd"/>
      <w:r w:rsidRPr="00751161">
        <w:rPr>
          <w:lang w:val="ru-RU"/>
        </w:rPr>
        <w:t>»</w:t>
      </w:r>
    </w:p>
    <w:p w:rsidR="00777531" w:rsidRPr="00751161" w:rsidRDefault="00751161">
      <w:pPr>
        <w:rPr>
          <w:lang w:val="ru-RU"/>
        </w:rPr>
      </w:pPr>
      <w:proofErr w:type="spellStart"/>
      <w:r w:rsidRPr="00751161">
        <w:rPr>
          <w:lang w:val="ru-RU"/>
        </w:rPr>
        <w:t>Організатор</w:t>
      </w:r>
      <w:proofErr w:type="spellEnd"/>
      <w:r w:rsidRPr="00751161">
        <w:rPr>
          <w:lang w:val="ru-RU"/>
        </w:rPr>
        <w:t>: ГО «</w:t>
      </w:r>
      <w:proofErr w:type="spellStart"/>
      <w:r w:rsidRPr="00751161">
        <w:rPr>
          <w:lang w:val="ru-RU"/>
        </w:rPr>
        <w:t>Німецька</w:t>
      </w:r>
      <w:proofErr w:type="spellEnd"/>
      <w:r w:rsidRPr="00751161">
        <w:rPr>
          <w:lang w:val="ru-RU"/>
        </w:rPr>
        <w:t xml:space="preserve"> молодь </w:t>
      </w:r>
      <w:proofErr w:type="spellStart"/>
      <w:r w:rsidRPr="00751161">
        <w:rPr>
          <w:lang w:val="ru-RU"/>
        </w:rPr>
        <w:t>Закарпаття</w:t>
      </w:r>
      <w:proofErr w:type="spellEnd"/>
      <w:r w:rsidRPr="00751161">
        <w:rPr>
          <w:lang w:val="ru-RU"/>
        </w:rPr>
        <w:t xml:space="preserve">». Будь ласка, </w:t>
      </w:r>
      <w:proofErr w:type="spellStart"/>
      <w:r w:rsidRPr="00751161">
        <w:rPr>
          <w:lang w:val="ru-RU"/>
        </w:rPr>
        <w:t>заповніть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усі</w:t>
      </w:r>
      <w:proofErr w:type="spellEnd"/>
      <w:r w:rsidRPr="00751161">
        <w:rPr>
          <w:lang w:val="ru-RU"/>
        </w:rPr>
        <w:t xml:space="preserve"> поля </w:t>
      </w:r>
      <w:proofErr w:type="spellStart"/>
      <w:r w:rsidRPr="00751161">
        <w:rPr>
          <w:lang w:val="ru-RU"/>
        </w:rPr>
        <w:t>анкети</w:t>
      </w:r>
      <w:proofErr w:type="spellEnd"/>
      <w:r w:rsidRPr="00751161">
        <w:rPr>
          <w:lang w:val="ru-RU"/>
        </w:rPr>
        <w:t xml:space="preserve">. </w:t>
      </w:r>
      <w:proofErr w:type="spellStart"/>
      <w:r w:rsidRPr="00751161">
        <w:rPr>
          <w:lang w:val="ru-RU"/>
        </w:rPr>
        <w:t>Відповіді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допоможуть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сформувати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групу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учасникі</w:t>
      </w:r>
      <w:proofErr w:type="gramStart"/>
      <w:r w:rsidRPr="00751161">
        <w:rPr>
          <w:lang w:val="ru-RU"/>
        </w:rPr>
        <w:t>в</w:t>
      </w:r>
      <w:proofErr w:type="spellEnd"/>
      <w:proofErr w:type="gramEnd"/>
      <w:r w:rsidRPr="00751161">
        <w:rPr>
          <w:lang w:val="ru-RU"/>
        </w:rPr>
        <w:t xml:space="preserve"> та </w:t>
      </w:r>
      <w:proofErr w:type="spellStart"/>
      <w:r w:rsidRPr="00751161">
        <w:rPr>
          <w:lang w:val="ru-RU"/>
        </w:rPr>
        <w:t>врахувати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їхні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інтереси</w:t>
      </w:r>
      <w:proofErr w:type="spellEnd"/>
      <w:r w:rsidRPr="00751161">
        <w:rPr>
          <w:lang w:val="ru-RU"/>
        </w:rPr>
        <w:t>.</w:t>
      </w:r>
    </w:p>
    <w:p w:rsidR="00777531" w:rsidRPr="00751161" w:rsidRDefault="00751161">
      <w:pPr>
        <w:rPr>
          <w:lang w:val="ru-RU"/>
        </w:rPr>
      </w:pPr>
      <w:r w:rsidRPr="00751161">
        <w:rPr>
          <w:b/>
          <w:color w:val="1D4169"/>
          <w:sz w:val="22"/>
          <w:lang w:val="ru-RU"/>
        </w:rPr>
        <w:t xml:space="preserve">1. </w:t>
      </w:r>
      <w:proofErr w:type="spellStart"/>
      <w:r w:rsidRPr="00751161">
        <w:rPr>
          <w:b/>
          <w:color w:val="1D4169"/>
          <w:sz w:val="22"/>
          <w:lang w:val="ru-RU"/>
        </w:rPr>
        <w:t>Особисті</w:t>
      </w:r>
      <w:proofErr w:type="spellEnd"/>
      <w:r w:rsidRPr="00751161">
        <w:rPr>
          <w:b/>
          <w:color w:val="1D4169"/>
          <w:sz w:val="22"/>
          <w:lang w:val="ru-RU"/>
        </w:rPr>
        <w:t xml:space="preserve"> </w:t>
      </w:r>
      <w:proofErr w:type="spellStart"/>
      <w:r w:rsidRPr="00751161">
        <w:rPr>
          <w:b/>
          <w:color w:val="1D4169"/>
          <w:sz w:val="22"/>
          <w:lang w:val="ru-RU"/>
        </w:rPr>
        <w:t>дані</w:t>
      </w:r>
      <w:proofErr w:type="spellEnd"/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proofErr w:type="spellStart"/>
            <w:r>
              <w:t>Прізвище</w:t>
            </w:r>
            <w:proofErr w:type="spellEnd"/>
            <w:r>
              <w:t xml:space="preserve">, </w:t>
            </w:r>
            <w:proofErr w:type="spellStart"/>
            <w:r>
              <w:t>ім’я</w:t>
            </w:r>
            <w:proofErr w:type="spellEnd"/>
            <w:r>
              <w:t xml:space="preserve">,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батькові</w:t>
            </w:r>
            <w:proofErr w:type="spellEnd"/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Дата народження / вік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</w:t>
            </w:r>
            <w:r>
              <w:t>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uk-UA"/>
              </w:rPr>
            </w:pPr>
            <w:proofErr w:type="spellStart"/>
            <w:r>
              <w:t>Місто</w:t>
            </w:r>
            <w:proofErr w:type="spellEnd"/>
            <w:r>
              <w:t xml:space="preserve"> / </w:t>
            </w:r>
            <w:proofErr w:type="spellStart"/>
            <w:r>
              <w:t>область</w:t>
            </w:r>
            <w:proofErr w:type="spellEnd"/>
            <w:r>
              <w:rPr>
                <w:lang w:val="uk-UA"/>
              </w:rPr>
              <w:t>/ адреса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Контактний телефон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Електронна адреса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Навчальний заклад / місце роботи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</w:t>
            </w:r>
            <w:r>
              <w:t>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Німецька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громадська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організація</w:t>
            </w:r>
            <w:proofErr w:type="spellEnd"/>
            <w:r w:rsidRPr="00751161">
              <w:rPr>
                <w:lang w:val="ru-RU"/>
              </w:rPr>
              <w:t xml:space="preserve"> / Центр </w:t>
            </w:r>
            <w:proofErr w:type="spellStart"/>
            <w:r w:rsidRPr="00751161">
              <w:rPr>
                <w:lang w:val="ru-RU"/>
              </w:rPr>
              <w:t>зустрічей</w:t>
            </w:r>
            <w:proofErr w:type="spellEnd"/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gramStart"/>
            <w:r w:rsidRPr="00751161">
              <w:rPr>
                <w:lang w:val="ru-RU"/>
              </w:rPr>
              <w:t>П</w:t>
            </w:r>
            <w:proofErr w:type="gramEnd"/>
            <w:r w:rsidRPr="00751161">
              <w:rPr>
                <w:lang w:val="ru-RU"/>
              </w:rPr>
              <w:t xml:space="preserve">ІБ та </w:t>
            </w:r>
            <w:proofErr w:type="spellStart"/>
            <w:r w:rsidRPr="00751161">
              <w:rPr>
                <w:lang w:val="ru-RU"/>
              </w:rPr>
              <w:t>контакти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керівника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організації</w:t>
            </w:r>
            <w:proofErr w:type="spellEnd"/>
            <w:r w:rsidRPr="00751161">
              <w:rPr>
                <w:lang w:val="ru-RU"/>
              </w:rPr>
              <w:t xml:space="preserve">, </w:t>
            </w:r>
            <w:proofErr w:type="spellStart"/>
            <w:r w:rsidRPr="00751161">
              <w:rPr>
                <w:lang w:val="ru-RU"/>
              </w:rPr>
              <w:t>який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рекомендує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учасника</w:t>
            </w:r>
            <w:proofErr w:type="spellEnd"/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Чи маєте німецьке походження?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☐</w:t>
            </w:r>
            <w:r>
              <w:t xml:space="preserve"> Так   ☐ Ні</w:t>
            </w:r>
          </w:p>
        </w:tc>
      </w:tr>
    </w:tbl>
    <w:p w:rsidR="00777531" w:rsidRDefault="00751161">
      <w:r>
        <w:rPr>
          <w:b/>
          <w:color w:val="1D4169"/>
          <w:sz w:val="22"/>
        </w:rPr>
        <w:t>2. Німецька мова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Рівень володіння німецькою мовою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☐</w:t>
            </w:r>
            <w:r>
              <w:t xml:space="preserve"> A1  ☐ A2  ☐ B1  ☐ B2  ☐ C1  ☐ C2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r w:rsidRPr="00751161">
              <w:rPr>
                <w:lang w:val="ru-RU"/>
              </w:rPr>
              <w:t xml:space="preserve">Де та як </w:t>
            </w:r>
            <w:proofErr w:type="spellStart"/>
            <w:r w:rsidRPr="00751161">
              <w:rPr>
                <w:lang w:val="ru-RU"/>
              </w:rPr>
              <w:t>довго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вивчаєте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німецьку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мову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 w:rsidRPr="0075116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Наскільки впевнено спілкуєтеся німе</w:t>
            </w:r>
            <w:r>
              <w:t>цькою?</w:t>
            </w:r>
          </w:p>
        </w:tc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r w:rsidRPr="00751161">
              <w:rPr>
                <w:lang w:val="ru-RU"/>
              </w:rPr>
              <w:t>☐</w:t>
            </w:r>
            <w:r w:rsidRPr="00751161">
              <w:rPr>
                <w:lang w:val="ru-RU"/>
              </w:rPr>
              <w:t xml:space="preserve"> Потребую практики  ☐ </w:t>
            </w:r>
            <w:proofErr w:type="spellStart"/>
            <w:r w:rsidRPr="00751161">
              <w:rPr>
                <w:lang w:val="ru-RU"/>
              </w:rPr>
              <w:t>Достатньо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впевнено</w:t>
            </w:r>
            <w:proofErr w:type="spellEnd"/>
            <w:r w:rsidRPr="00751161">
              <w:rPr>
                <w:lang w:val="ru-RU"/>
              </w:rPr>
              <w:t xml:space="preserve">  ☐ </w:t>
            </w:r>
            <w:proofErr w:type="spellStart"/>
            <w:r w:rsidRPr="00751161">
              <w:rPr>
                <w:lang w:val="ru-RU"/>
              </w:rPr>
              <w:t>Впевнено</w:t>
            </w:r>
            <w:proofErr w:type="spellEnd"/>
          </w:p>
        </w:tc>
      </w:tr>
    </w:tbl>
    <w:p w:rsidR="00777531" w:rsidRDefault="00751161">
      <w:r>
        <w:rPr>
          <w:b/>
          <w:color w:val="1D4169"/>
          <w:sz w:val="22"/>
        </w:rPr>
        <w:t>3. Досвід та інтереси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gramStart"/>
            <w:r w:rsidRPr="00751161">
              <w:rPr>
                <w:lang w:val="ru-RU"/>
              </w:rPr>
              <w:t xml:space="preserve">берете участь у </w:t>
            </w:r>
            <w:proofErr w:type="spellStart"/>
            <w:r w:rsidRPr="00751161">
              <w:rPr>
                <w:lang w:val="ru-RU"/>
              </w:rPr>
              <w:t>діяльності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німецької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молод</w:t>
            </w:r>
            <w:proofErr w:type="gramEnd"/>
            <w:r w:rsidRPr="00751161">
              <w:rPr>
                <w:lang w:val="ru-RU"/>
              </w:rPr>
              <w:t>іжної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організації</w:t>
            </w:r>
            <w:proofErr w:type="spellEnd"/>
            <w:r w:rsidRPr="00751161">
              <w:rPr>
                <w:lang w:val="ru-RU"/>
              </w:rPr>
              <w:t xml:space="preserve">? </w:t>
            </w:r>
            <w:proofErr w:type="spellStart"/>
            <w:r>
              <w:t>Якій</w:t>
            </w:r>
            <w:proofErr w:type="spellEnd"/>
            <w:r>
              <w:t xml:space="preserve"> </w:t>
            </w:r>
            <w:proofErr w:type="spellStart"/>
            <w:r>
              <w:t>саме</w:t>
            </w:r>
            <w:proofErr w:type="spellEnd"/>
            <w: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організовували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раніше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gramStart"/>
            <w:r w:rsidRPr="00751161">
              <w:rPr>
                <w:lang w:val="ru-RU"/>
              </w:rPr>
              <w:t>зах</w:t>
            </w:r>
            <w:r w:rsidRPr="00751161">
              <w:rPr>
                <w:lang w:val="ru-RU"/>
              </w:rPr>
              <w:t xml:space="preserve">оди </w:t>
            </w:r>
            <w:proofErr w:type="spellStart"/>
            <w:r w:rsidRPr="00751161">
              <w:rPr>
                <w:lang w:val="ru-RU"/>
              </w:rPr>
              <w:t>або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молод</w:t>
            </w:r>
            <w:proofErr w:type="gramEnd"/>
            <w:r w:rsidRPr="00751161">
              <w:rPr>
                <w:lang w:val="ru-RU"/>
              </w:rPr>
              <w:t>іжні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ініціативи</w:t>
            </w:r>
            <w:proofErr w:type="spellEnd"/>
            <w:r w:rsidRPr="00751161">
              <w:rPr>
                <w:lang w:val="ru-RU"/>
              </w:rPr>
              <w:t xml:space="preserve">? </w:t>
            </w:r>
            <w:proofErr w:type="spellStart"/>
            <w:r>
              <w:t>Наведіть</w:t>
            </w:r>
            <w:proofErr w:type="spellEnd"/>
            <w:r>
              <w:t xml:space="preserve"> </w:t>
            </w:r>
            <w:proofErr w:type="spellStart"/>
            <w:r>
              <w:t>приклад</w:t>
            </w:r>
            <w:proofErr w:type="spellEnd"/>
            <w:r>
              <w:t>.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Які</w:t>
            </w:r>
            <w:proofErr w:type="spellEnd"/>
            <w:r w:rsidRPr="00751161">
              <w:rPr>
                <w:lang w:val="ru-RU"/>
              </w:rPr>
              <w:t xml:space="preserve"> теми вам </w:t>
            </w:r>
            <w:proofErr w:type="spellStart"/>
            <w:r w:rsidRPr="00751161">
              <w:rPr>
                <w:lang w:val="ru-RU"/>
              </w:rPr>
              <w:t>найбільш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цікаві</w:t>
            </w:r>
            <w:proofErr w:type="spellEnd"/>
            <w:r w:rsidRPr="00751161">
              <w:rPr>
                <w:lang w:val="ru-RU"/>
              </w:rPr>
              <w:t xml:space="preserve">: </w:t>
            </w:r>
            <w:proofErr w:type="spellStart"/>
            <w:r w:rsidRPr="00751161">
              <w:rPr>
                <w:lang w:val="ru-RU"/>
              </w:rPr>
              <w:t>лідерство</w:t>
            </w:r>
            <w:proofErr w:type="spellEnd"/>
            <w:r w:rsidRPr="00751161">
              <w:rPr>
                <w:lang w:val="ru-RU"/>
              </w:rPr>
              <w:t xml:space="preserve">, </w:t>
            </w:r>
            <w:proofErr w:type="spellStart"/>
            <w:r w:rsidRPr="00751161">
              <w:rPr>
                <w:lang w:val="ru-RU"/>
              </w:rPr>
              <w:t>проєктний</w:t>
            </w:r>
            <w:proofErr w:type="spellEnd"/>
            <w:r w:rsidRPr="00751161">
              <w:rPr>
                <w:lang w:val="ru-RU"/>
              </w:rPr>
              <w:t xml:space="preserve"> менеджмент, </w:t>
            </w:r>
            <w:proofErr w:type="spellStart"/>
            <w:r w:rsidRPr="00751161">
              <w:rPr>
                <w:lang w:val="ru-RU"/>
              </w:rPr>
              <w:t>фандрейзинг</w:t>
            </w:r>
            <w:proofErr w:type="spellEnd"/>
            <w:r w:rsidRPr="00751161">
              <w:rPr>
                <w:lang w:val="ru-RU"/>
              </w:rPr>
              <w:t xml:space="preserve">, </w:t>
            </w:r>
            <w:proofErr w:type="spellStart"/>
            <w:r w:rsidRPr="00751161">
              <w:rPr>
                <w:lang w:val="ru-RU"/>
              </w:rPr>
              <w:t>комунікація</w:t>
            </w:r>
            <w:proofErr w:type="spellEnd"/>
            <w:r w:rsidRPr="00751161">
              <w:rPr>
                <w:lang w:val="ru-RU"/>
              </w:rPr>
              <w:t xml:space="preserve">, культура та </w:t>
            </w:r>
            <w:proofErr w:type="spellStart"/>
            <w:r w:rsidRPr="00751161">
              <w:rPr>
                <w:lang w:val="ru-RU"/>
              </w:rPr>
              <w:t>традиції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Які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навички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хотіли</w:t>
            </w:r>
            <w:proofErr w:type="spellEnd"/>
            <w:r w:rsidRPr="00751161">
              <w:rPr>
                <w:lang w:val="ru-RU"/>
              </w:rPr>
              <w:t xml:space="preserve"> б </w:t>
            </w:r>
            <w:proofErr w:type="spellStart"/>
            <w:r w:rsidRPr="00751161">
              <w:rPr>
                <w:lang w:val="ru-RU"/>
              </w:rPr>
              <w:t>розвинути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proofErr w:type="gramStart"/>
            <w:r w:rsidRPr="00751161">
              <w:rPr>
                <w:lang w:val="ru-RU"/>
              </w:rPr>
              <w:t>п</w:t>
            </w:r>
            <w:proofErr w:type="gramEnd"/>
            <w:r w:rsidRPr="00751161">
              <w:rPr>
                <w:lang w:val="ru-RU"/>
              </w:rPr>
              <w:t>ід</w:t>
            </w:r>
            <w:proofErr w:type="spellEnd"/>
            <w:r w:rsidRPr="00751161">
              <w:rPr>
                <w:lang w:val="ru-RU"/>
              </w:rPr>
              <w:t xml:space="preserve"> час </w:t>
            </w:r>
            <w:proofErr w:type="spellStart"/>
            <w:r w:rsidRPr="00751161">
              <w:rPr>
                <w:lang w:val="ru-RU"/>
              </w:rPr>
              <w:t>проєкту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</w:tbl>
    <w:p w:rsidR="00777531" w:rsidRDefault="00751161">
      <w:r>
        <w:rPr>
          <w:b/>
          <w:color w:val="1D4169"/>
          <w:sz w:val="22"/>
        </w:rPr>
        <w:t>4. Мотивація та майбутні ініціативи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Чому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хочете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взяти</w:t>
            </w:r>
            <w:proofErr w:type="spellEnd"/>
            <w:r w:rsidRPr="00751161">
              <w:rPr>
                <w:lang w:val="ru-RU"/>
              </w:rPr>
              <w:t xml:space="preserve"> участь </w:t>
            </w:r>
            <w:proofErr w:type="gramStart"/>
            <w:r w:rsidRPr="00751161">
              <w:rPr>
                <w:lang w:val="ru-RU"/>
              </w:rPr>
              <w:t>у</w:t>
            </w:r>
            <w:proofErr w:type="gram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проєкті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</w:t>
            </w:r>
            <w:r>
              <w:t>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r w:rsidRPr="00751161">
              <w:rPr>
                <w:lang w:val="ru-RU"/>
              </w:rPr>
              <w:t xml:space="preserve">Яку проблему </w:t>
            </w:r>
            <w:proofErr w:type="spellStart"/>
            <w:r w:rsidRPr="00751161">
              <w:rPr>
                <w:lang w:val="ru-RU"/>
              </w:rPr>
              <w:t>або</w:t>
            </w:r>
            <w:proofErr w:type="spellEnd"/>
            <w:r w:rsidRPr="00751161">
              <w:rPr>
                <w:lang w:val="ru-RU"/>
              </w:rPr>
              <w:t xml:space="preserve"> потребу </w:t>
            </w:r>
            <w:proofErr w:type="spellStart"/>
            <w:r w:rsidRPr="00751161">
              <w:rPr>
                <w:lang w:val="ru-RU"/>
              </w:rPr>
              <w:t>німецької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молоді</w:t>
            </w:r>
            <w:proofErr w:type="spellEnd"/>
            <w:r w:rsidRPr="00751161">
              <w:rPr>
                <w:lang w:val="ru-RU"/>
              </w:rPr>
              <w:t xml:space="preserve"> у </w:t>
            </w:r>
            <w:proofErr w:type="spellStart"/>
            <w:r w:rsidRPr="00751161">
              <w:rPr>
                <w:lang w:val="ru-RU"/>
              </w:rPr>
              <w:t>вашому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регіоні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хотіли</w:t>
            </w:r>
            <w:proofErr w:type="spellEnd"/>
            <w:r w:rsidRPr="00751161">
              <w:rPr>
                <w:lang w:val="ru-RU"/>
              </w:rPr>
              <w:t xml:space="preserve"> б </w:t>
            </w:r>
            <w:proofErr w:type="spellStart"/>
            <w:r w:rsidRPr="00751161">
              <w:rPr>
                <w:lang w:val="ru-RU"/>
              </w:rPr>
              <w:t>вирішити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Опишіть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ідею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proofErr w:type="gramStart"/>
            <w:r w:rsidRPr="00751161">
              <w:rPr>
                <w:lang w:val="ru-RU"/>
              </w:rPr>
              <w:t>молод</w:t>
            </w:r>
            <w:proofErr w:type="gramEnd"/>
            <w:r w:rsidRPr="00751161">
              <w:rPr>
                <w:lang w:val="ru-RU"/>
              </w:rPr>
              <w:t>іжного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або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етнокультурного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lastRenderedPageBreak/>
              <w:t>пр</w:t>
            </w:r>
            <w:r w:rsidRPr="00751161">
              <w:rPr>
                <w:lang w:val="ru-RU"/>
              </w:rPr>
              <w:t>оєкту</w:t>
            </w:r>
            <w:proofErr w:type="spellEnd"/>
            <w:r w:rsidRPr="00751161">
              <w:rPr>
                <w:lang w:val="ru-RU"/>
              </w:rPr>
              <w:t xml:space="preserve">, яку </w:t>
            </w:r>
            <w:proofErr w:type="spellStart"/>
            <w:r w:rsidRPr="00751161">
              <w:rPr>
                <w:lang w:val="ru-RU"/>
              </w:rPr>
              <w:t>хотіли</w:t>
            </w:r>
            <w:proofErr w:type="spellEnd"/>
            <w:r w:rsidRPr="00751161">
              <w:rPr>
                <w:lang w:val="ru-RU"/>
              </w:rPr>
              <w:t xml:space="preserve"> б </w:t>
            </w:r>
            <w:proofErr w:type="spellStart"/>
            <w:r w:rsidRPr="00751161">
              <w:rPr>
                <w:lang w:val="ru-RU"/>
              </w:rPr>
              <w:t>розробити</w:t>
            </w:r>
            <w:proofErr w:type="spellEnd"/>
            <w:r w:rsidRPr="00751161">
              <w:rPr>
                <w:lang w:val="ru-RU"/>
              </w:rPr>
              <w:t>.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lastRenderedPageBreak/>
              <w:t>________________________________________</w:t>
            </w:r>
            <w:r>
              <w:lastRenderedPageBreak/>
              <w:t>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r w:rsidRPr="00751161">
              <w:rPr>
                <w:lang w:val="ru-RU"/>
              </w:rPr>
              <w:lastRenderedPageBreak/>
              <w:t xml:space="preserve">Як </w:t>
            </w:r>
            <w:proofErr w:type="spellStart"/>
            <w:r w:rsidRPr="00751161">
              <w:rPr>
                <w:lang w:val="ru-RU"/>
              </w:rPr>
              <w:t>плануєте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використати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отримані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знання</w:t>
            </w:r>
            <w:proofErr w:type="spellEnd"/>
            <w:r w:rsidRPr="00751161">
              <w:rPr>
                <w:lang w:val="ru-RU"/>
              </w:rPr>
              <w:t xml:space="preserve"> у </w:t>
            </w:r>
            <w:proofErr w:type="spellStart"/>
            <w:proofErr w:type="gramStart"/>
            <w:r w:rsidRPr="00751161">
              <w:rPr>
                <w:lang w:val="ru-RU"/>
              </w:rPr>
              <w:t>своїй</w:t>
            </w:r>
            <w:proofErr w:type="spellEnd"/>
            <w:proofErr w:type="gram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організації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громаді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готові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працювати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gramStart"/>
            <w:r w:rsidRPr="00751161">
              <w:rPr>
                <w:lang w:val="ru-RU"/>
              </w:rPr>
              <w:t>в</w:t>
            </w:r>
            <w:proofErr w:type="gram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команді</w:t>
            </w:r>
            <w:proofErr w:type="spellEnd"/>
            <w:r w:rsidRPr="00751161">
              <w:rPr>
                <w:lang w:val="ru-RU"/>
              </w:rPr>
              <w:t xml:space="preserve"> та </w:t>
            </w:r>
            <w:proofErr w:type="spellStart"/>
            <w:r w:rsidRPr="00751161">
              <w:rPr>
                <w:lang w:val="ru-RU"/>
              </w:rPr>
              <w:t>презентувати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власну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ідею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☐</w:t>
            </w:r>
            <w:r>
              <w:t xml:space="preserve"> </w:t>
            </w:r>
            <w:proofErr w:type="spellStart"/>
            <w:r>
              <w:t>Так</w:t>
            </w:r>
            <w:proofErr w:type="spellEnd"/>
            <w:r>
              <w:t xml:space="preserve">   ☐ </w:t>
            </w:r>
            <w:proofErr w:type="spellStart"/>
            <w:r>
              <w:t>Потребую</w:t>
            </w:r>
            <w:proofErr w:type="spellEnd"/>
            <w:r>
              <w:t xml:space="preserve"> підтримки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можете </w:t>
            </w:r>
            <w:proofErr w:type="spellStart"/>
            <w:r w:rsidRPr="00751161">
              <w:rPr>
                <w:lang w:val="ru-RU"/>
              </w:rPr>
              <w:t>взяти</w:t>
            </w:r>
            <w:proofErr w:type="spellEnd"/>
            <w:r w:rsidRPr="00751161">
              <w:rPr>
                <w:lang w:val="ru-RU"/>
              </w:rPr>
              <w:t xml:space="preserve"> участь у </w:t>
            </w:r>
            <w:proofErr w:type="spellStart"/>
            <w:r w:rsidRPr="00751161">
              <w:rPr>
                <w:lang w:val="ru-RU"/>
              </w:rPr>
              <w:t>всій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програмі</w:t>
            </w:r>
            <w:proofErr w:type="spellEnd"/>
            <w:r w:rsidRPr="00751161">
              <w:rPr>
                <w:lang w:val="ru-RU"/>
              </w:rPr>
              <w:t xml:space="preserve"> 20–23 листопада?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☐</w:t>
            </w:r>
            <w:r>
              <w:t xml:space="preserve"> </w:t>
            </w:r>
            <w:proofErr w:type="spellStart"/>
            <w:r>
              <w:t>Так</w:t>
            </w:r>
            <w:proofErr w:type="spellEnd"/>
            <w:r>
              <w:t xml:space="preserve">   ☐ </w:t>
            </w:r>
            <w:proofErr w:type="spellStart"/>
            <w:r>
              <w:t>Ні</w:t>
            </w:r>
            <w:proofErr w:type="spellEnd"/>
          </w:p>
        </w:tc>
      </w:tr>
    </w:tbl>
    <w:p w:rsidR="00777531" w:rsidRDefault="00751161">
      <w:r>
        <w:rPr>
          <w:b/>
          <w:color w:val="1D4169"/>
          <w:sz w:val="22"/>
        </w:rPr>
        <w:t>5. Організаційні питання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є </w:t>
            </w:r>
            <w:proofErr w:type="spellStart"/>
            <w:r w:rsidRPr="00751161">
              <w:rPr>
                <w:lang w:val="ru-RU"/>
              </w:rPr>
              <w:t>особливі</w:t>
            </w:r>
            <w:proofErr w:type="spellEnd"/>
            <w:r w:rsidRPr="00751161">
              <w:rPr>
                <w:lang w:val="ru-RU"/>
              </w:rPr>
              <w:t xml:space="preserve"> потреби, </w:t>
            </w:r>
            <w:proofErr w:type="spellStart"/>
            <w:r w:rsidRPr="00751161">
              <w:rPr>
                <w:lang w:val="ru-RU"/>
              </w:rPr>
              <w:t>які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організаторам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варто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врахувати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Pr="00751161" w:rsidRDefault="00751161">
            <w:pPr>
              <w:spacing w:after="40"/>
              <w:rPr>
                <w:lang w:val="ru-RU"/>
              </w:rPr>
            </w:pPr>
            <w:proofErr w:type="spellStart"/>
            <w:r w:rsidRPr="00751161">
              <w:rPr>
                <w:lang w:val="ru-RU"/>
              </w:rPr>
              <w:t>Чи</w:t>
            </w:r>
            <w:proofErr w:type="spellEnd"/>
            <w:r w:rsidRPr="00751161">
              <w:rPr>
                <w:lang w:val="ru-RU"/>
              </w:rPr>
              <w:t xml:space="preserve"> є </w:t>
            </w:r>
            <w:proofErr w:type="spellStart"/>
            <w:r w:rsidRPr="00751161">
              <w:rPr>
                <w:lang w:val="ru-RU"/>
              </w:rPr>
              <w:t>харчові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алергії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або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особливості</w:t>
            </w:r>
            <w:proofErr w:type="spellEnd"/>
            <w:r w:rsidRPr="00751161">
              <w:rPr>
                <w:lang w:val="ru-RU"/>
              </w:rPr>
              <w:t xml:space="preserve"> </w:t>
            </w:r>
            <w:proofErr w:type="spellStart"/>
            <w:r w:rsidRPr="00751161">
              <w:rPr>
                <w:lang w:val="ru-RU"/>
              </w:rPr>
              <w:t>харчування</w:t>
            </w:r>
            <w:proofErr w:type="spellEnd"/>
            <w:r w:rsidRPr="00751161">
              <w:rPr>
                <w:lang w:val="ru-RU"/>
              </w:rPr>
              <w:t>?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  <w:tr w:rsidR="00777531"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Додаткова інформація для організаторів</w:t>
            </w:r>
          </w:p>
        </w:tc>
        <w:tc>
          <w:tcPr>
            <w:tcW w:w="4929" w:type="dxa"/>
          </w:tcPr>
          <w:p w:rsidR="00777531" w:rsidRDefault="00751161">
            <w:pPr>
              <w:spacing w:after="40"/>
            </w:pPr>
            <w:r>
              <w:t>________________________________________________</w:t>
            </w:r>
          </w:p>
        </w:tc>
      </w:tr>
    </w:tbl>
    <w:p w:rsidR="00777531" w:rsidRPr="00751161" w:rsidRDefault="00751161">
      <w:pPr>
        <w:rPr>
          <w:lang w:val="ru-RU"/>
        </w:rPr>
      </w:pPr>
      <w:proofErr w:type="spellStart"/>
      <w:proofErr w:type="gramStart"/>
      <w:r w:rsidRPr="00751161">
        <w:rPr>
          <w:lang w:val="ru-RU"/>
        </w:rPr>
        <w:t>П</w:t>
      </w:r>
      <w:proofErr w:type="gramEnd"/>
      <w:r w:rsidRPr="00751161">
        <w:rPr>
          <w:lang w:val="ru-RU"/>
        </w:rPr>
        <w:t>ідтверджую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достов</w:t>
      </w:r>
      <w:r w:rsidRPr="00751161">
        <w:rPr>
          <w:lang w:val="ru-RU"/>
        </w:rPr>
        <w:t>ірність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наданої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інформації</w:t>
      </w:r>
      <w:proofErr w:type="spellEnd"/>
      <w:r w:rsidRPr="00751161">
        <w:rPr>
          <w:lang w:val="ru-RU"/>
        </w:rPr>
        <w:t xml:space="preserve"> та </w:t>
      </w:r>
      <w:proofErr w:type="spellStart"/>
      <w:r w:rsidRPr="00751161">
        <w:rPr>
          <w:lang w:val="ru-RU"/>
        </w:rPr>
        <w:t>готовність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брати</w:t>
      </w:r>
      <w:proofErr w:type="spellEnd"/>
      <w:r w:rsidRPr="00751161">
        <w:rPr>
          <w:lang w:val="ru-RU"/>
        </w:rPr>
        <w:t xml:space="preserve"> </w:t>
      </w:r>
      <w:proofErr w:type="spellStart"/>
      <w:r w:rsidRPr="00751161">
        <w:rPr>
          <w:lang w:val="ru-RU"/>
        </w:rPr>
        <w:t>активну</w:t>
      </w:r>
      <w:proofErr w:type="spellEnd"/>
      <w:r w:rsidRPr="00751161">
        <w:rPr>
          <w:lang w:val="ru-RU"/>
        </w:rPr>
        <w:t xml:space="preserve"> участь у заходах </w:t>
      </w:r>
      <w:proofErr w:type="spellStart"/>
      <w:r w:rsidRPr="00751161">
        <w:rPr>
          <w:lang w:val="ru-RU"/>
        </w:rPr>
        <w:t>проєкту</w:t>
      </w:r>
      <w:proofErr w:type="spellEnd"/>
      <w:r w:rsidRPr="00751161">
        <w:rPr>
          <w:lang w:val="ru-RU"/>
        </w:rPr>
        <w:t>.</w:t>
      </w:r>
    </w:p>
    <w:p w:rsidR="00777531" w:rsidRPr="00751161" w:rsidRDefault="00751161">
      <w:pPr>
        <w:rPr>
          <w:lang w:val="ru-RU"/>
        </w:rPr>
      </w:pPr>
      <w:r w:rsidRPr="00751161">
        <w:rPr>
          <w:lang w:val="ru-RU"/>
        </w:rPr>
        <w:t xml:space="preserve">Дата: ____________________      </w:t>
      </w:r>
      <w:proofErr w:type="gramStart"/>
      <w:r w:rsidRPr="00751161">
        <w:rPr>
          <w:lang w:val="ru-RU"/>
        </w:rPr>
        <w:t>П</w:t>
      </w:r>
      <w:proofErr w:type="gramEnd"/>
      <w:r w:rsidRPr="00751161">
        <w:rPr>
          <w:lang w:val="ru-RU"/>
        </w:rPr>
        <w:t xml:space="preserve">ІБ: ______________________________      </w:t>
      </w:r>
      <w:proofErr w:type="spellStart"/>
      <w:r w:rsidRPr="00751161">
        <w:rPr>
          <w:lang w:val="ru-RU"/>
        </w:rPr>
        <w:t>Підпис</w:t>
      </w:r>
      <w:proofErr w:type="spellEnd"/>
      <w:r w:rsidRPr="00751161">
        <w:rPr>
          <w:lang w:val="ru-RU"/>
        </w:rPr>
        <w:t>: ____________________</w:t>
      </w:r>
    </w:p>
    <w:p w:rsidR="00777531" w:rsidRPr="00751161" w:rsidRDefault="00751161">
      <w:pPr>
        <w:rPr>
          <w:lang w:val="ru-RU"/>
        </w:rPr>
      </w:pPr>
      <w:proofErr w:type="spellStart"/>
      <w:r w:rsidRPr="00751161">
        <w:rPr>
          <w:i/>
          <w:sz w:val="18"/>
          <w:lang w:val="ru-RU"/>
        </w:rPr>
        <w:t>Проєкт</w:t>
      </w:r>
      <w:proofErr w:type="spellEnd"/>
      <w:r w:rsidRPr="00751161">
        <w:rPr>
          <w:i/>
          <w:sz w:val="18"/>
          <w:lang w:val="ru-RU"/>
        </w:rPr>
        <w:t xml:space="preserve"> </w:t>
      </w:r>
      <w:proofErr w:type="spellStart"/>
      <w:r w:rsidRPr="00751161">
        <w:rPr>
          <w:i/>
          <w:sz w:val="18"/>
          <w:lang w:val="ru-RU"/>
        </w:rPr>
        <w:t>реалізує</w:t>
      </w:r>
      <w:proofErr w:type="spellEnd"/>
      <w:r w:rsidRPr="00751161">
        <w:rPr>
          <w:i/>
          <w:sz w:val="18"/>
          <w:lang w:val="ru-RU"/>
        </w:rPr>
        <w:t xml:space="preserve"> ГО «</w:t>
      </w:r>
      <w:proofErr w:type="spellStart"/>
      <w:r w:rsidRPr="00751161">
        <w:rPr>
          <w:i/>
          <w:sz w:val="18"/>
          <w:lang w:val="ru-RU"/>
        </w:rPr>
        <w:t>Німецька</w:t>
      </w:r>
      <w:proofErr w:type="spellEnd"/>
      <w:r w:rsidRPr="00751161">
        <w:rPr>
          <w:i/>
          <w:sz w:val="18"/>
          <w:lang w:val="ru-RU"/>
        </w:rPr>
        <w:t xml:space="preserve"> молодь </w:t>
      </w:r>
      <w:proofErr w:type="spellStart"/>
      <w:r w:rsidRPr="00751161">
        <w:rPr>
          <w:i/>
          <w:sz w:val="18"/>
          <w:lang w:val="ru-RU"/>
        </w:rPr>
        <w:t>Закарпаття</w:t>
      </w:r>
      <w:proofErr w:type="spellEnd"/>
      <w:r w:rsidRPr="00751161">
        <w:rPr>
          <w:i/>
          <w:sz w:val="18"/>
          <w:lang w:val="ru-RU"/>
        </w:rPr>
        <w:t xml:space="preserve">» з </w:t>
      </w:r>
      <w:proofErr w:type="spellStart"/>
      <w:r w:rsidRPr="00751161">
        <w:rPr>
          <w:i/>
          <w:sz w:val="18"/>
          <w:lang w:val="ru-RU"/>
        </w:rPr>
        <w:t>ініціативи</w:t>
      </w:r>
      <w:proofErr w:type="spellEnd"/>
      <w:r w:rsidRPr="00751161">
        <w:rPr>
          <w:i/>
          <w:sz w:val="18"/>
          <w:lang w:val="ru-RU"/>
        </w:rPr>
        <w:t xml:space="preserve"> Ради </w:t>
      </w:r>
      <w:proofErr w:type="spellStart"/>
      <w:r w:rsidRPr="00751161">
        <w:rPr>
          <w:i/>
          <w:sz w:val="18"/>
          <w:lang w:val="ru-RU"/>
        </w:rPr>
        <w:t>німців</w:t>
      </w:r>
      <w:proofErr w:type="spellEnd"/>
      <w:r w:rsidRPr="00751161">
        <w:rPr>
          <w:i/>
          <w:sz w:val="18"/>
          <w:lang w:val="ru-RU"/>
        </w:rPr>
        <w:t xml:space="preserve"> </w:t>
      </w:r>
      <w:proofErr w:type="spellStart"/>
      <w:r w:rsidRPr="00751161">
        <w:rPr>
          <w:i/>
          <w:sz w:val="18"/>
          <w:lang w:val="ru-RU"/>
        </w:rPr>
        <w:t>України</w:t>
      </w:r>
      <w:proofErr w:type="spellEnd"/>
      <w:r w:rsidRPr="00751161">
        <w:rPr>
          <w:i/>
          <w:sz w:val="18"/>
          <w:lang w:val="ru-RU"/>
        </w:rPr>
        <w:t xml:space="preserve"> за </w:t>
      </w:r>
      <w:proofErr w:type="spellStart"/>
      <w:r w:rsidRPr="00751161">
        <w:rPr>
          <w:i/>
          <w:sz w:val="18"/>
          <w:lang w:val="ru-RU"/>
        </w:rPr>
        <w:t>фінансової</w:t>
      </w:r>
      <w:proofErr w:type="spellEnd"/>
      <w:r w:rsidRPr="00751161">
        <w:rPr>
          <w:i/>
          <w:sz w:val="18"/>
          <w:lang w:val="ru-RU"/>
        </w:rPr>
        <w:t xml:space="preserve"> </w:t>
      </w:r>
      <w:proofErr w:type="spellStart"/>
      <w:proofErr w:type="gramStart"/>
      <w:r w:rsidRPr="00751161">
        <w:rPr>
          <w:i/>
          <w:sz w:val="18"/>
          <w:lang w:val="ru-RU"/>
        </w:rPr>
        <w:t>п</w:t>
      </w:r>
      <w:proofErr w:type="gramEnd"/>
      <w:r w:rsidRPr="00751161">
        <w:rPr>
          <w:i/>
          <w:sz w:val="18"/>
          <w:lang w:val="ru-RU"/>
        </w:rPr>
        <w:t>ідтримки</w:t>
      </w:r>
      <w:proofErr w:type="spellEnd"/>
      <w:r w:rsidRPr="00751161">
        <w:rPr>
          <w:i/>
          <w:sz w:val="18"/>
          <w:lang w:val="ru-RU"/>
        </w:rPr>
        <w:t xml:space="preserve"> Федерального </w:t>
      </w:r>
      <w:proofErr w:type="spellStart"/>
      <w:r w:rsidRPr="00751161">
        <w:rPr>
          <w:i/>
          <w:sz w:val="18"/>
          <w:lang w:val="ru-RU"/>
        </w:rPr>
        <w:t>міністерст</w:t>
      </w:r>
      <w:bookmarkStart w:id="0" w:name="_GoBack"/>
      <w:bookmarkEnd w:id="0"/>
      <w:r w:rsidRPr="00751161">
        <w:rPr>
          <w:i/>
          <w:sz w:val="18"/>
          <w:lang w:val="ru-RU"/>
        </w:rPr>
        <w:t>ва</w:t>
      </w:r>
      <w:proofErr w:type="spellEnd"/>
      <w:r w:rsidRPr="00751161">
        <w:rPr>
          <w:i/>
          <w:sz w:val="18"/>
          <w:lang w:val="ru-RU"/>
        </w:rPr>
        <w:t xml:space="preserve"> </w:t>
      </w:r>
      <w:proofErr w:type="spellStart"/>
      <w:r w:rsidRPr="00751161">
        <w:rPr>
          <w:i/>
          <w:sz w:val="18"/>
          <w:lang w:val="ru-RU"/>
        </w:rPr>
        <w:t>внутрішніх</w:t>
      </w:r>
      <w:proofErr w:type="spellEnd"/>
      <w:r w:rsidRPr="00751161">
        <w:rPr>
          <w:i/>
          <w:sz w:val="18"/>
          <w:lang w:val="ru-RU"/>
        </w:rPr>
        <w:t xml:space="preserve"> справ </w:t>
      </w:r>
      <w:proofErr w:type="spellStart"/>
      <w:r w:rsidRPr="00751161">
        <w:rPr>
          <w:i/>
          <w:sz w:val="18"/>
          <w:lang w:val="ru-RU"/>
        </w:rPr>
        <w:t>Німеччини</w:t>
      </w:r>
      <w:proofErr w:type="spellEnd"/>
      <w:r w:rsidRPr="00751161">
        <w:rPr>
          <w:i/>
          <w:sz w:val="18"/>
          <w:lang w:val="ru-RU"/>
        </w:rPr>
        <w:t xml:space="preserve"> через </w:t>
      </w:r>
      <w:proofErr w:type="spellStart"/>
      <w:r w:rsidRPr="00751161">
        <w:rPr>
          <w:i/>
          <w:sz w:val="18"/>
          <w:lang w:val="ru-RU"/>
        </w:rPr>
        <w:t>Благодійний</w:t>
      </w:r>
      <w:proofErr w:type="spellEnd"/>
      <w:r w:rsidRPr="00751161">
        <w:rPr>
          <w:i/>
          <w:sz w:val="18"/>
          <w:lang w:val="ru-RU"/>
        </w:rPr>
        <w:t xml:space="preserve"> фонд «</w:t>
      </w:r>
      <w:proofErr w:type="spellStart"/>
      <w:r w:rsidRPr="00751161">
        <w:rPr>
          <w:i/>
          <w:sz w:val="18"/>
          <w:lang w:val="ru-RU"/>
        </w:rPr>
        <w:t>Товариство</w:t>
      </w:r>
      <w:proofErr w:type="spellEnd"/>
      <w:r w:rsidRPr="00751161">
        <w:rPr>
          <w:i/>
          <w:sz w:val="18"/>
          <w:lang w:val="ru-RU"/>
        </w:rPr>
        <w:t xml:space="preserve"> </w:t>
      </w:r>
      <w:proofErr w:type="spellStart"/>
      <w:r w:rsidRPr="00751161">
        <w:rPr>
          <w:i/>
          <w:sz w:val="18"/>
          <w:lang w:val="ru-RU"/>
        </w:rPr>
        <w:t>Розвитку</w:t>
      </w:r>
      <w:proofErr w:type="spellEnd"/>
      <w:r w:rsidRPr="00751161">
        <w:rPr>
          <w:i/>
          <w:sz w:val="18"/>
          <w:lang w:val="ru-RU"/>
        </w:rPr>
        <w:t>».</w:t>
      </w:r>
    </w:p>
    <w:sectPr w:rsidR="00777531" w:rsidRPr="00751161" w:rsidSect="00034616">
      <w:pgSz w:w="12240" w:h="15840"/>
      <w:pgMar w:top="1020" w:right="113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1161"/>
    <w:rsid w:val="0077753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788B69-5825-49C9-8FFB-2EAC8D00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2162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home</cp:lastModifiedBy>
  <cp:revision>3</cp:revision>
  <dcterms:created xsi:type="dcterms:W3CDTF">2013-12-23T23:15:00Z</dcterms:created>
  <dcterms:modified xsi:type="dcterms:W3CDTF">2026-11-03T11:41:00Z</dcterms:modified>
  <cp:category/>
</cp:coreProperties>
</file>